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F59F00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F59F00"/>
          <w:sz w:val="44"/>
          <w:u w:val="none"/>
          <w:rtl/>
          <w:bCs/>
          <w:szCs w:val="44"/>
        </w:rPr>
        <w:t>⭐ תשובה מיטבית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מארגן ותרגול: איך כותבים תשובה מלאה, מדויקת ומנומקת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אסטרטגיית כתיבה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הכרת 5 צעדים לתשובה מיטבית • פתיחת תשובה במילים מהשאלה • ביסוס תשובה בראיה מהטקסט • בדיקה עצמית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כתיבה • ביסוס • בקרה עצמית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מציגים שתי תשובות לאותה שאלה ושואלים: איזו טובה יותר ולמה?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הדגמה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מעבר על 5 הצעדים עם הטקסט על הדולפינים.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תרגול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מארגן + כתיבה.</w:t>
            </w:r>
          </w:p>
        </w:tc>
      </w:tr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בדיקה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רשימת בדיקה בזוגות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F59F00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התשובה של ליה – פותחת במילים מהשאלה, מסבירה (יונקים, נושמים אוויר) ומציינת פסקה.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דולפינים עוזרים זה לזה בכך שכשדולפין פצוע, חברי הקבוצה דוחפים אותו אל פני המים כדי שיוכל לנשום (פסקה 2).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החור נמצא (בראשם); הדולפינים מוצאים מזון בחושך (בעזרת נקישות...); לכל דולפין יש (שריקה מיוחדת משלו)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כי כל דולפין משמיע שריקה מיוחדת משלו, שמזהה אותו – כמו ששם מזהה אדם (פסקה 3).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בדיקה עצמית – אין תשובה אחת.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F59F00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① בעזרת נקישות – הקול חוזר מהדגים והם יודעים איפה הדג (פסקה 3). ② שחוש השמיעה שלהם מפותח מאוד ומחליף את הראייה בחושך.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בדומה לדגים, דולפינים חיים בים. לעומת זאת, דולפינים הם יונקים ונושמים אוויר, ועולים לפני המים (פסקה 1).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מהדולפינים אפשר ללמוד שעבודת צוות פירושה לדאוג לחלשים: כשדולפין פצוע, חבריו דוחפים אותו לפני המים כדי שינשום (פסקה 2). כך כל הקבוצה שורדת יחד.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הסבירו ← סיבה, "כי..."; השוו ← דומה ושונה; תארו ← פרטים ותכונות; הביעו עמדה ← דעה + נימוקים; הביאו דוגמה ← מקרה מתוך הטקסט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בדיקה עצמית – אין תשובה אחת.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F59F00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"הדולפין חי בים." – משפט שלם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הדולפין נושם אוויר.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איפה? ← מקום; מי? ← אדם או חיה; מתי? ← זמן; מה? ← דבר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תלו את "5 הצעדים" בכיתה כפוסטר – אפשר להגדיל את העמוד הראשון של כל רמה.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העובדות על הדולפינים נבדקו: יונקים, חור נשימה, שריקה אישית ("שם"), איכון בעזרת נקישות.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בדיקה בזוגות: כל תלמיד/ה בודק/ת את התשובה של בן/בת הזוג לפי הרשימה.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F59F00"/>
          <w:sz w:val="48"/>
          <w:u w:val="none"/>
          <w:rtl/>
          <w:bCs/>
          <w:szCs w:val="48"/>
        </w:rPr>
        <w:t>⭐ תשובה מיטבית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מארגן ותרגול: איך כותבים תשובה מלאה, מדויקת ומנומקת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0"/>
          <w:u w:val="none"/>
          <w:rtl/>
          <w:bCs/>
          <w:szCs w:val="30"/>
        </w:rPr>
        <w:t>⭐ 5 צעדים לתשובה מיטבית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צעד</w:t>
            </w:r>
          </w:p>
        </w:tc>
        <w:tc>
          <w:tcPr>
            <w:tcW w:type="dxa" w:w="3402"/>
            <w:shd w:val="clear" w:color="auto" w:fill="fff4d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עושים?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🔍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קוראים את השאלה פעמיים – מסמנים את מילת השאלה (מה? למה? איך? השוו...) ואת מילות המפתח.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📍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מוצאים בטקסט – מחפשים את המקום בטקסט שעונה על השאלה וכותבים את מספר הפסקה.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✏️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פותחים במילים מהשאלה – "הדולפינים עולים לפני המים כי..." – כך ברור על מה עונים.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💡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עונים ומנמקים – כותבים תשובה + הסבר או ראיה: "כי", "לכן", "לדוגמה", "כפי שכתוב בפסקה...".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✅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בודקים – עניתי על כל חלקי השאלה? כתיב? פיסוק? משפט שלם?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חלק א׳ – משווים תשובות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הטקסט ואת שתי התשובות. איזו מיטבית?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2"/>
          <w:u w:val="none"/>
          <w:rtl/>
          <w:bCs/>
          <w:szCs w:val="32"/>
        </w:rPr>
        <w:t>🐬 הדולפינים – חכמי הים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דולפינים הם יונקים שחיים בים. הם נושמים אוויר בעזרת חור נשימה שנמצא בראשם, ולכן הם עולים לפני המים כל כמה דקות.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הדולפינים חיים בקבוצות ונעזרים זה בזה. כשדולפין פצוע, חברי הקבוצה דוחפים אותו אל פני המים כדי שיוכל לנשום.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לדולפינים יש "שפה" של שריקות ונקישות. כל דולפין משמיע שריקה מיוחדת משלו, כמו שם. בעזרת נקישות הם גם מוצאים מזון בחושך – הקול חוזר אליהם מהדגים, והם יודעים בדיוק איפה הדג נמצא.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F6F5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B5F59"/>
                <w:sz w:val="25"/>
                <w:u w:val="none"/>
                <w:rtl/>
                <w:bCs/>
                <w:szCs w:val="25"/>
              </w:rPr>
              <w:t>❓ השאלה: למה דולפינים עולים לפני המים?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תשובה של דן: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 "כי הם צריכים."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תשובה של ליה: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 "דולפינים עולים לפני המים כי הם יונקים ונושמים אוויר בעזרת חור נשימה בראשם (פסקה 1)."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איזו תשובה מיטבית? הקיפו ונמקו: מה יש בה שאין בתשובה האחרת?  [הערכה]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התשובה של דן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התשובה של ליה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חלק ב׳ – מתרגלים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השתמשו במארגן כדי לענות.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0"/>
          <w:u w:val="none"/>
          <w:rtl/>
          <w:bCs/>
          <w:szCs w:val="30"/>
        </w:rPr>
        <w:t>❓ השאלה: איך דולפינים עוזרים זה לזה?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שלב</w:t>
            </w:r>
          </w:p>
        </w:tc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כתבתי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🔍 מילת השאלה ומילות המפתח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📍 מספר הפסקה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✏️ פתיחה במילים מהשאלה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💡 תשובה + נימוק / ראיה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כאן את התשובה המלאה לשאלה "איך דולפינים עוזרים זה לזה?"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פתיחות לתשובה מיטבית.  [פתיחה]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🔤 מחסן מילים:  הדולפינים מוצאים מזון בחושך   |   לכל דולפין יש   |   החור נמצא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שאלה: איפה נמצא חור הנשימה? ←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...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שאלה: איך הדולפינים מוצאים מזון בחושך? ←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...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שאלה: מה מיוחד לכל דולפין? ←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...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חלק ג׳ – עכשיו לבד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ענו תשובה מיטבית ובדקו את עצמכם.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אפשר לומר שהשריקה של הדולפין היא "כמו שם"? ענו תשובה מיטבית.  [תשובה מיטבית]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רשימת בדיקה: סמנו ✓ ליד מה שעשיתם בתשובה האחרונה.  [בדיקה עצמית]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בדקתי ש...</w:t>
            </w:r>
          </w:p>
        </w:tc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✓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ענית על כל חלקי השאלה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פתחת במילים מהשאלה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הבאת ראיה מהטקסט (מספר פסקה)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הסברת במילים שלך ("כי", "לכן")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כתבת משפטים שלמים, בכתיב ובפיסוק נכונים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59F00"/>
                <w:sz w:val="28"/>
                <w:u w:val="none"/>
                <w:rtl/>
                <w:bCs/>
                <w:szCs w:val="28"/>
              </w:rPr>
              <w:t>כרטיס יציאה ⭐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הצעד שהכי חשוב לי לזכור: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מילת קישור לנימוק: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F59F00"/>
          <w:sz w:val="48"/>
          <w:u w:val="none"/>
          <w:rtl/>
          <w:bCs/>
          <w:szCs w:val="48"/>
        </w:rPr>
        <w:t>⭐ תשובה מיטבית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שאלות מורכבות, השוואה ושיפור תשובה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0"/>
          <w:u w:val="none"/>
          <w:rtl/>
          <w:bCs/>
          <w:szCs w:val="30"/>
        </w:rPr>
        <w:t>⭐ 5 צעדים לתשובה מיטבית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צעד</w:t>
            </w:r>
          </w:p>
        </w:tc>
        <w:tc>
          <w:tcPr>
            <w:tcW w:type="dxa" w:w="3402"/>
            <w:shd w:val="clear" w:color="auto" w:fill="fff4d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עושים?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🔍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קוראים את השאלה פעמיים – מסמנים את מילת השאלה (מה? למה? איך? השוו...) ואת מילות המפתח.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📍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מוצאים בטקסט – מחפשים את המקום בטקסט שעונה על השאלה וכותבים את מספר הפסקה.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✏️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פותחים במילים מהשאלה – "הדולפינים עולים לפני המים כי..." – כך ברור על מה עונים.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💡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עונים ומנמקים – כותבים תשובה + הסבר או ראיה: "כי", "לכן", "לדוגמה", "כפי שכתוב בפסקה...".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✅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בודקים – עניתי על כל חלקי השאלה? כתיב? פיסוק? משפט שלם?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חלק א׳ – שאלות מורכבות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יש שאלות עם שני חלקים או יותר. מספרו כל חלק בשאלה לפני שעונים.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2"/>
          <w:u w:val="none"/>
          <w:rtl/>
          <w:bCs/>
          <w:szCs w:val="32"/>
        </w:rPr>
        <w:t>🐬 הדולפינים – חכמי הים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דולפינים הם יונקים שחיים בים. הם נושמים אוויר בעזרת חור נשימה שנמצא בראשם, ולכן הם עולים לפני המים כל כמה דקות.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הדולפינים חיים בקבוצות ונעזרים זה בזה. כשדולפין פצוע, חברי הקבוצה דוחפים אותו אל פני המים כדי שיוכל לנשום.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לדולפינים יש "שפה" של שריקות ונקישות. כל דולפין משמיע שריקה מיוחדת משלו, כמו שם. בעזרת נקישות הם גם מוצאים מזון בחושך – הקול חוזר אליהם מהדגים, והם יודעים בדיוק איפה הדג נמצא.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F6F5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B5F59"/>
                <w:sz w:val="25"/>
                <w:u w:val="none"/>
                <w:rtl/>
                <w:bCs/>
                <w:szCs w:val="25"/>
              </w:rPr>
              <w:t>🧩 פירוק שאלה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"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הסבירו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 איך דולפינים מוצאים מזון בחושך, </w:t>
            </w: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ומה</w:t>
            </w: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 xml:space="preserve"> זה מלמד על החושים שלהם."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חלק 1: איך מוצאים מזון בחושך? · חלק 2: מה זה מלמד על החושים?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ענו על השאלה המורכבת שבתיבה. סמנו ① ו־② ליד כל חלק בתשובה.  [שאלה מורכבת]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"השוו" – כתבו במה דומים ובמה שונים דולפינים ודגים. השתמשו ב"בדומה ל..." ו"לעומת זאת".  [השוואה]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חלק ב׳ – משפרים תשובה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תפקיד העורך/ת: שפרו תשובה חלקית.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F6F5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B5F59"/>
                <w:sz w:val="25"/>
                <w:u w:val="none"/>
                <w:rtl/>
                <w:bCs/>
                <w:szCs w:val="25"/>
              </w:rPr>
              <w:t>✍️ תשובה לשיפור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שאלה: "מה אפשר ללמוד מהדולפינים על עבודת צוות? נמקו."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תשובה: "הם עוזרים."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מחדש את התשובה כתשובה מיטבית (פתיחה, טענה, ראיה, הסבר).  [שיפור]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התאימו בין מילת השאלה למה שצריך לכתוב בתשובה.  [מילות שאלה]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הסבירו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פרטים ותכונות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השוו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סיבה, "כי..."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3. תארו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דומה ושונה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4. הביעו עמדה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מקרה מתוך הטקסט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5. הביאו דוגמה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דעה + נימוקים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חלק ג׳ – שאלה פתוחה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תשובה מיטבית עם עמדה.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האם לדעתכם נכון להחזיק דולפינים בבריכות לצורך מופעים? הביעו עמדה ונמקו בעזרת מידע מהטקסט (לדוגמה: חיים בקבוצות, שפה).  [עמדה]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רשימת בדיקה: סמנו ✓ ליד מה שעשיתם בתשובה האחרונה.  [בדיקה עצמית]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בדקתי ש...</w:t>
            </w:r>
          </w:p>
        </w:tc>
        <w:tc>
          <w:tcPr>
            <w:tcW w:type="dxa" w:w="5103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✓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ענית על כל חלקי השאלה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פתחת במילים מהשאלה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הבאת ראיה מהטקסט (מספר פסקה)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הסברת במילים שלך ("כי", "לכן")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כתבת משפטים שלמים, בכתיב ובפיסוק נכונים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59F00"/>
                <w:sz w:val="28"/>
                <w:u w:val="none"/>
                <w:rtl/>
                <w:bCs/>
                <w:szCs w:val="28"/>
              </w:rPr>
              <w:t>כרטיס יציאה ⭐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איך מפרקים שאלה מורכבת: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מה שיפרתי היום בכתיבה: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F59F00"/>
          <w:sz w:val="48"/>
          <w:u w:val="none"/>
          <w:rtl/>
          <w:bCs/>
          <w:szCs w:val="48"/>
        </w:rPr>
        <w:t>⭐ תְּשׁוּבָה בְּמִשְׁפָּט שָׁלֵם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מַתְחִילִים לִכְתֹּב תְּשׁוּבָה טוֹבָה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F59F00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29"/>
                <w:u w:val="none"/>
                <w:rtl/>
                <w:bCs/>
                <w:szCs w:val="29"/>
              </w:rPr>
              <w:t>⭐ תְּשׁוּבָה טוֹבָה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7"/>
                <w:u w:val="none"/>
                <w:rtl/>
                <w:szCs w:val="27"/>
              </w:rPr>
              <w:t>1. קוֹרְאִים אֶת הַשְּׁאֵלָה. 2. מוֹצְאִים בַּטֵּקְסְט. 3. כּוֹתְבִים מִשְׁפָּט שָׁלֵם.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חֵלֶק א׳ – קוֹרְאִים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F59F00"/>
          <w:sz w:val="32"/>
          <w:u w:val="none"/>
          <w:rtl/>
          <w:bCs/>
          <w:szCs w:val="32"/>
        </w:rPr>
        <w:t>🐬 הַדּוֹלְפִין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הַדּוֹלְפִין חַי בַּיָּם.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הַדּוֹלְפִין נוֹשֵׁם אֲוִיר.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הַדּוֹלְפִין חַי עִם עוֹד דּוֹלְפִינִים.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הַדּוֹלְפִין אוֹהֵב לִקְפֹּץ.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אֵיפֹה חַי הַדּוֹלְפִין? כָּתְבוּ מִשְׁפָּט שָׁלֵם: "הַדּוֹלְפִין חַי ב___."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הַדּוֹלְפִין חַי ב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הַתְּשׁוּבָה הַטּוֹבָה?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"יָם."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"הַדּוֹלְפִין חַי בַּיָּם."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נוֹשֵׁם הַדּוֹלְפִין? כָּתְבוּ מִשְׁפָּט שָׁלֵם.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d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F59F00"/>
                <w:sz w:val="30"/>
                <w:u w:val="none"/>
                <w:rtl/>
                <w:bCs/>
                <w:szCs w:val="30"/>
              </w:rPr>
              <w:t>חֵלֶק ב׳ – מִלּוֹת שְׁאֵלָה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הַתְאִימוּ.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הִתְאִימוּ: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1. אֵיפֹה?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דָּבָר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2. מִי?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זְמַן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3. מָתַי?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מָקוֹם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4. מָה?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אָדָם אוֹ חַיָּה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אֵיפֹה?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מָקוֹם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מִי?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אָדָם/חַיָּה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מָתַי?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זְמַן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מָה?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דָּבָר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לָמָּה?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סִבָּה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🛠️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אֵיךְ?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דֶּרֶךְ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59F00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תְּשׁוּבָה טוֹבָה הִיא מִשְׁפָּט: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