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565C0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44"/>
          <w:u w:val="none"/>
          <w:rtl/>
          <w:bCs/>
          <w:szCs w:val="44"/>
        </w:rPr>
        <w:t>🕎 חנוכה – חג האורים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טקסט מידעי, חידות חנוכה, תפזורת, תשבץ וכתיבה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חגים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הכרת סיפור החג ומנהגיו • הבחנה בין אירוע היסטורי למסורת • אוצר מילים של החג • ערך: להביא אור לאחרים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הבנת הנקרא • רצף • חשיבה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חידה ראשונה על הלוח: "יש לנו שמונה אחים ועוד אחד גבוה..."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וסימון מילות אור.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חידות ומשחק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חלק ב׳ בזוגות – תחרות חידות.</w:t>
            </w:r>
          </w:p>
        </w:tc>
      </w:tr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"האור שלי"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מחנוכת בית המקדש מחדש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הסדר הנכון: 1. אנטיוכוס אסר לקיים את מצוות התורה; 2. החשמונאים מרדו; 3. המכבים שחררו את ירושלים; 4. חנכו מחדש את בית המקדש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כדי לפרסם את הנס לכל מי שעובר בחוץ (פסקה 5).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השמש 2. סביבון 3. סופגנייה 4. לביבה 5. פך השמן 6. חג החנוכה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המילים: חנוכייה, סביבון, שמש, נס, שמן, מכבים, כסלו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היסטורי: מרד החשמונאים, שחרור ירושלים, חנוכת המקדש; מסורת/מנהג: נס פך השמן (מסורת מהתלמוד), סביבון, סופגניות.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בארץ: נ ג ה פ – "נס גדול היה פה"; בחו״ל: נ ג ה ש – "היה שם". הנס קרה בארץ ישראל, ולכן הנקודה היא מיקום האומר.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פך השמן; חג החנוכה; חנוכייה; יהודה המכבי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4. חשמונאים, 6. שמן | מאונך: 1. מקדש, 2. כסלו, 3. סביבון, 5. מתתיהו, 6. שמש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שמונה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סופגניות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המילים: נר, אור, שמש, נס, סביבון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כל החידות מקוריות; אפשר להדביק את כרטיסי החידות על קרטון ולהשתמש כמשחק כיתתי.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עובדות: כ״ה בכסלו, שמונה ימים, נ ג ה פ בארץ / נ ג ה ש בחו״ל, השמש – הנר התשיעי.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נס פך השמן מוצג כמסורת מהתלמוד; מרד החשמונאים וחנוכת המקדש – כאירוע היסטורי.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בטיחות: הדלקת נרות רק עם מבוגר.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48"/>
          <w:u w:val="none"/>
          <w:rtl/>
          <w:bCs/>
          <w:szCs w:val="48"/>
        </w:rPr>
        <w:t>🕎 חנוכה – חג האורים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טקסט מידעי, חידות חנוכה, תפזורת, תשבץ וכתיבה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א׳ – קוראים ומבינים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הטקסט וסמנו במרקר כל מילה הקשורה לאור.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2"/>
          <w:u w:val="none"/>
          <w:rtl/>
          <w:bCs/>
          <w:szCs w:val="32"/>
        </w:rPr>
        <w:t>🕎 חנוכה – חג האורים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חנוכה נחגג שמונה ימים, החל מכ״ה (25) בחודש כסלו. זה חג שמגיע בחורף, כשהלילות ארוכים וחשוכים – ודווקא אז אנחנו מדליקים אור.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לפני יותר מאלפיים שנה שלטו בארץ ישראל מלכים יוונים־סורים. המלך אנטיוכוס אסר על היהודים לקיים את מצוות התורה, והכניס פסלים לבית המקדש. משפחת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החשמונאים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 בהנהגת מתתיהו ובניו, מרדה בשלטון. בראש הלוחמים עמד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יהודה המכבי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אחרי שנים של מאבק שחררו המכבים את ירושלים, ניקו את בית המקדש וחנכו אותו מחדש. מכאן שם החג: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חנוכה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חנוכת המקדש.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לפי מסורת שמופיעה בתלמוד, כשרצו להדליק את המנורה במקדש מצאו רק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פך שמן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קטן אחד, שהספיק ליום אחד בלבד. אבל קרה נס, והשמן דלק שמונה ימים. לכן מדליקים נרות שמונה ימים, ומוסיפים נר בכל ערב.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בחנוכייה יש שמונה קנים ועוד נר מיוחד –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שמש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שבעזרתו מדליקים את כל השאר. נהוג להציב את החנוכייה ליד החלון או בפתח הבית, כדי לפרסם את הנס לכל מי שעובר בחוץ.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(6) בחנוכה אוכלים מאכלים מטוגנים בשמן, כמו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סופגניות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לביבות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ומשחקים ב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סביבון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בארץ כתובות על הסביבון האותיות נ, ג, ה, פ – ראשי התיבות של "נס גדול היה פה". מחוץ לארץ כתוב במקום הפ״ א ש׳: "נס גדול היה שם".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מאיפה בא השם "חנוכה"?  [איתור]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מהמילה "חניה"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מחנוכת בית המקדש מחדש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משם של מלך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מהמילה "חנות"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סדרו את האירועים (1–4).  [רצף]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אנטיוכוס אסר לקיים את מצוות התורה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החשמונאים מרדו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חנכו מחדש את בית המקדש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המכבים שחררו את ירושלים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מציבים את החנוכייה ליד החלון?  [הבנה]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ב׳ – חידות 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גזרו את כרטיסי החידות. פתרו – וכתבו את התשובה מאחור.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יש לנו שמונה אחים ועוד אחד גבוה – הוא מדליק את כולנו ובכל זאת לא נספר. מי הוא?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אני מסתובב ומסתובב, ובסוף נופל על צד אחד. עליי ארבע אותיות. מי אני?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עגולה, מתוקה, ריבה בבטן ואבקת סוכר על הראש.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עשויה מתפוחי אדמה, מטוגנת ופריכה. מי אני?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קטן הייתי – ליום אחד בלבד הספקתי, אבל שמונה ימים הארתי.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בחודש כסלו אני מגיע, שמונה ימים של אור אני מביא. מי אני?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את פתרונות החידות לפי הסדר (1–6).  [חידות]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1</w:t>
            </w:r>
          </w:p>
        </w:tc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2</w:t>
            </w:r>
          </w:p>
        </w:tc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3</w:t>
            </w:r>
          </w:p>
        </w:tc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4</w:t>
            </w:r>
          </w:p>
        </w:tc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5</w:t>
            </w:r>
          </w:p>
        </w:tc>
        <w:tc>
          <w:tcPr>
            <w:tcW w:type="dxa" w:w="1701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6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בתפזורת את מילות החג.  [משחק]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24"/>
          <w:u w:val="none"/>
          <w:rtl/>
          <w:bCs/>
          <w:szCs w:val="24"/>
        </w:rPr>
        <w:t>חנוכייה   •   סביבון   •   שמש   •   נס   •   שמן   •   מכבים   •   כסלו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ם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ן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</w:tr>
      <w:tr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ן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ג׳ – האור שלי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כתיבה אישית.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המכבים הביאו אור בזמן חושך. איך אתם יכולים להביא "אור קטן" למישהו השבוע? כתבו שתי הצעות.  [ערכים]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565C0"/>
                <w:sz w:val="28"/>
                <w:u w:val="none"/>
                <w:rtl/>
                <w:bCs/>
                <w:szCs w:val="28"/>
              </w:rPr>
              <w:t>כרטיס יציאה 🕎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עובדה אחת על חנוכה: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האור שאביא השבוע: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48"/>
          <w:u w:val="none"/>
          <w:rtl/>
          <w:bCs/>
          <w:szCs w:val="48"/>
        </w:rPr>
        <w:t>🕎 חנוכה – חג האורים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היסטוריה ומסורת, חידות, תשבץ וכתבה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א׳ – היסטוריה ומסורת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שימו לב: בטקסט יש מידע היסטורי ויש מסורת. סמנו כל אחד בצבע אחר.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2"/>
          <w:u w:val="none"/>
          <w:rtl/>
          <w:bCs/>
          <w:szCs w:val="32"/>
        </w:rPr>
        <w:t>🕎 חנוכה – חג האורים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חנוכה נחגג שמונה ימים, החל מכ״ה (25) בחודש כסלו. זה חג שמגיע בחורף, כשהלילות ארוכים וחשוכים – ודווקא אז אנחנו מדליקים אור.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לפני יותר מאלפיים שנה שלטו בארץ ישראל מלכים יוונים־סורים. המלך אנטיוכוס אסר על היהודים לקיים את מצוות התורה, והכניס פסלים לבית המקדש. משפחת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החשמונאים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 בהנהגת מתתיהו ובניו, מרדה בשלטון. בראש הלוחמים עמד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יהודה המכבי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אחרי שנים של מאבק שחררו המכבים את ירושלים, ניקו את בית המקדש וחנכו אותו מחדש. מכאן שם החג: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חנוכה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חנוכת המקדש.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לפי מסורת שמופיעה בתלמוד, כשרצו להדליק את המנורה במקדש מצאו רק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פך שמן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קטן אחד, שהספיק ליום אחד בלבד. אבל קרה נס, והשמן דלק שמונה ימים. לכן מדליקים נרות שמונה ימים, ומוסיפים נר בכל ערב.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בחנוכייה יש שמונה קנים ועוד נר מיוחד –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שמש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שבעזרתו מדליקים את כל השאר. נהוג להציב את החנוכייה ליד החלון או בפתח הבית, כדי לפרסם את הנס לכל מי שעובר בחוץ.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(6) בחנוכה אוכלים מאכלים מטוגנים בשמן, כמו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סופגניות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לביבות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ומשחקים ב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סביבון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בארץ כתובות על הסביבון האותיות נ, ג, ה, פ – ראשי התיבות של "נס גדול היה פה". מחוץ לארץ כתוב במקום הפ״ א ש׳: "נס גדול היה שם".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הבחינו: מה מבוסס על אירועים היסטוריים, ומה מסורת?  [היסטוריה או מסורת]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מרד החשמונאים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משחק בסביבון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חנוכת המקדש מחדש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שחרור ירושלים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נס פך השמן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אכילת סופגניות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📜 אירוע היסטורי</w:t>
            </w:r>
          </w:p>
        </w:tc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🕯️ מסורת ומנהג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הסבירו את ההבדל בין האותיות על הסביבון בארץ ובחוץ לארץ. מה הוא מלמד?  [הסקה]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"פרסום הנס" – למה, לדעתכם, היה חשוב לחכמים שכולם יראו את הנרות?  [פרשנות]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ב׳ – חידות ותשבץ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חידות מקוריות + תשבץ.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החידות.  [חידות]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החידה</w:t>
            </w:r>
          </w:p>
        </w:tc>
        <w:tc>
          <w:tcPr>
            <w:tcW w:type="dxa" w:w="5103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הפתרון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קטן הייתי – ליום אחד בלבד הספקתי, אבל שמונה ימים הארתי.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בחודש כסלו אני מגיע, שמונה ימים של אור אני מביא.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עומדת ליד החלון, כל ערב מוסיפים לי עוד אור.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הייתי מנהיג הלוחמים, ושמי נשמע כמו "מקבת" – פטיש. מי אני?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[תשבץ]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5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6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שם המשפחה שמרדה (8)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6. ממנו היה פך קטן (3)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565C0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חנכו אותו מחדש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החודש שבו מתחיל החג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עליו נ ג ה פ (6)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5. אבי המשפחה המורדת (6)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6. הנר שמדליק את כולם (3)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חלק ג׳ – כתיבה: כתבה לעיתון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כתבו כתבה קצרה כאילו אתם עיתונאים בימי החשמונאים.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כתבה (6–8 שורות) עם כותרת, על חנוכת המקדש. כללו: מי? מה? איפה? מתי? למה?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565C0"/>
                <w:sz w:val="28"/>
                <w:u w:val="none"/>
                <w:rtl/>
                <w:bCs/>
                <w:szCs w:val="28"/>
              </w:rPr>
              <w:t>כרטיס יציאה 🕎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ההבדל בין היסטוריה למסורת: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החידה שהכי אהבתי: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565C0"/>
          <w:sz w:val="48"/>
          <w:u w:val="none"/>
          <w:rtl/>
          <w:bCs/>
          <w:szCs w:val="48"/>
        </w:rPr>
        <w:t>🕎 חַג חֲנֻכָּה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טֵקְסְט קַל + מִשְׂחָקִים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565C0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32"/>
          <w:u w:val="none"/>
          <w:rtl/>
          <w:bCs/>
          <w:szCs w:val="32"/>
        </w:rPr>
        <w:t>🕎 חַג חֲנֻכָּה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חֲנֻכָּה הוּא חַג שֶׁל אוֹר.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הַחַג נִמְשַׁךְ שְׁמוֹנָה יָמִים.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בְּכָל עֶרֶב מַדְלִיקִים נֵרוֹת בַּחֲנֻכִּיָּה.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בְּכָל עֶרֶב מוֹסִיפִים עוֹד נֵר.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אוֹכְלִים סֻפְגָּנִיּוֹת וּלְבִיבוֹת.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מְשַׂחֲקִים בִּסְבִיבוֹן.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כַּמָּה יָמִים נִמְשַׁךְ חֲנֻכָּה?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שְׁלוֹשָׁה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שְׁמוֹנָה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עֲשָׂרָה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אוֹכְלִים בַּחֲנֻכָּה?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סֻפְגָּנִיּוֹת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מִצְוֹת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תַּפּוּחַ בִּדְבַשׁ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565C0"/>
                <w:sz w:val="30"/>
                <w:u w:val="none"/>
                <w:rtl/>
                <w:bCs/>
                <w:szCs w:val="30"/>
              </w:rPr>
              <w:t>חֵלֶק ב׳ – מִלִּים שֶׁל חֲנֻכָּה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וְהַתְאִימוּ.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חֲנֻכִּיָּה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🕯️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נֵר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סֻפְגָּנִיָּה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לְבִיבָה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סְבִיבוֹן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אוֹר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כַּמָּה נֵרוֹת? צִיְּרוּ נֵרוֹת בַּחֲנֻכִּיָּה – בַּיּוֹם הָרִאשׁוֹן 1 וְעוֹד הַשֶּׁמֶשׁ, בַּיּוֹם הַשְּׁלִישִׁי 3 וְעוֹד הַשֶּׁמֶשׁ.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מָצְאוּ: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565C0"/>
          <w:sz w:val="28"/>
          <w:u w:val="none"/>
          <w:rtl/>
          <w:bCs/>
          <w:szCs w:val="28"/>
        </w:rPr>
        <w:t>נר   •   אור   •   שמש   •   נס   •   סביבון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ז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ן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</w:tr>
      <w:tr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565C0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מִלָּה שֶׁל חֲנֻכָּה: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